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/>
        <w:spacing w:before="40" w:after="480"/>
      </w:pPr>
      <w:r>
        <w:drawing>
          <wp:inline xmlns:a="http://schemas.openxmlformats.org/drawingml/2006/main" xmlns:pic="http://schemas.openxmlformats.org/drawingml/2006/picture">
            <wp:extent cx="475488" cy="4754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ianqiao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488" cy="475488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Microsoft YaHei" w:hAnsi="Microsoft YaHei" w:eastAsia="Microsoft YaHei"/>
          <w:b/>
          <w:color w:val="17264C"/>
          <w:sz w:val="18"/>
        </w:rPr>
        <w:t xml:space="preserve">   乾桥禾融研究系列  |  上海乾桥禾融企业咨询有限公司</w:t>
      </w:r>
    </w:p>
    <w:p>
      <w:pPr>
        <w:spacing w:before="80" w:after="160"/>
      </w:pPr>
      <w:r>
        <w:rPr>
          <w:rFonts w:ascii="Microsoft YaHei" w:hAnsi="Microsoft YaHei" w:eastAsia="Microsoft YaHei"/>
          <w:b/>
          <w:color w:val="E9562B"/>
          <w:sz w:val="17"/>
        </w:rPr>
        <w:t>QIANQIAO INSIGHT   /   地区研究   /   2026</w:t>
      </w:r>
    </w:p>
    <w:p>
      <w:pPr>
        <w:keepNext/>
        <w:keepLines/>
        <w:spacing w:before="40" w:after="160" w:line="259" w:lineRule="auto"/>
      </w:pPr>
      <w:r>
        <w:rPr>
          <w:rFonts w:ascii="Microsoft YaHei" w:hAnsi="Microsoft YaHei" w:eastAsia="Microsoft YaHei"/>
          <w:b/>
          <w:color w:val="17264C"/>
          <w:sz w:val="64"/>
        </w:rPr>
        <w:t>中国企业撒哈拉以南非洲投资白皮书</w:t>
      </w:r>
    </w:p>
    <w:p>
      <w:pPr>
        <w:keepNext/>
        <w:spacing w:after="220"/>
        <w:pBdr>
          <w:bottom w:val="single" w:sz="20" w:space="8" w:color="E9562B"/>
        </w:pBdr>
      </w:pPr>
      <w:r>
        <w:rPr>
          <w:rFonts w:ascii="Microsoft YaHei" w:hAnsi="Microsoft YaHei" w:eastAsia="Microsoft YaHei"/>
          <w:b w:val="0"/>
          <w:color w:val="A86B4F"/>
          <w:sz w:val="28"/>
        </w:rPr>
        <w:t>通过本地伙伴、基础设施与耐心资本建立经营能力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5F8"/>
            <w:tcMar>
              <w:top w:w="190" w:type="dxa"/>
              <w:start w:w="220" w:type="dxa"/>
              <w:bottom w:w="190" w:type="dxa"/>
              <w:end w:w="220" w:type="dxa"/>
            </w:tcMar>
          </w:tcPr>
          <w:p>
            <w:pPr>
              <w:spacing w:after="100"/>
            </w:pPr>
            <w:r/>
            <w:r>
              <w:rPr>
                <w:rFonts w:ascii="Microsoft YaHei" w:hAnsi="Microsoft YaHei" w:eastAsia="Microsoft YaHei"/>
                <w:b/>
                <w:color w:val="E9562B"/>
                <w:sz w:val="18"/>
              </w:rPr>
              <w:t>研究要点</w:t>
            </w:r>
          </w:p>
          <w:p>
            <w:pPr>
              <w:spacing w:after="0" w:line="295" w:lineRule="auto"/>
            </w:pPr>
            <w:r>
              <w:rPr>
                <w:rFonts w:ascii="Microsoft YaHei" w:hAnsi="Microsoft YaHei" w:eastAsia="Microsoft YaHei"/>
                <w:b w:val="0"/>
                <w:color w:val="292B30"/>
                <w:sz w:val="21"/>
              </w:rPr>
              <w:t>撒哈拉以南非洲的发展机会覆盖能源、矿产、物流、制造、农业和数字基础设施，但各市场的制度、基础设施、融资和安全条件差异显著。提高项目可持续性的关键是选择有经营能力的本地伙伴、落实现金流与货币风险管理，并把社会影响和运营维护纳入资本预算。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2995"/>
            <w:shd w:fill="F3F5F8"/>
            <w:tcMar>
              <w:top w:w="180" w:type="dxa"/>
              <w:start w:w="150" w:type="dxa"/>
              <w:bottom w:w="180" w:type="dxa"/>
              <w:end w:w="150" w:type="dxa"/>
            </w:tcMar>
          </w:tcPr>
          <w:p>
            <w:pPr>
              <w:spacing w:after="6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7264C"/>
                <w:sz w:val="30"/>
              </w:rPr>
              <w:t>33.7亿美元</w:t>
            </w:r>
          </w:p>
          <w:p>
            <w:pPr>
              <w:spacing w:after="40"/>
              <w:jc w:val="center"/>
            </w:pPr>
            <w:r>
              <w:rPr>
                <w:rFonts w:ascii="Microsoft YaHei" w:hAnsi="Microsoft YaHei" w:eastAsia="Microsoft YaHei"/>
                <w:b/>
                <w:color w:val="292B30"/>
                <w:sz w:val="17"/>
              </w:rPr>
              <w:t>2024年中国对非洲投资</w:t>
            </w:r>
          </w:p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 w:val="0"/>
                <w:color w:val="69717E"/>
                <w:sz w:val="16"/>
              </w:rPr>
              <w:t>同比 -14.9%</w:t>
            </w:r>
          </w:p>
        </w:tc>
        <w:tc>
          <w:tcPr>
            <w:tcW w:type="dxa" w:w="2995"/>
            <w:shd w:fill="F3F5F8"/>
            <w:tcMar>
              <w:top w:w="180" w:type="dxa"/>
              <w:start w:w="150" w:type="dxa"/>
              <w:bottom w:w="180" w:type="dxa"/>
              <w:end w:w="150" w:type="dxa"/>
            </w:tcMar>
          </w:tcPr>
          <w:p>
            <w:pPr>
              <w:spacing w:after="6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7264C"/>
                <w:sz w:val="30"/>
              </w:rPr>
              <w:t>+41%</w:t>
            </w:r>
          </w:p>
          <w:p>
            <w:pPr>
              <w:spacing w:after="40"/>
              <w:jc w:val="center"/>
            </w:pPr>
            <w:r>
              <w:rPr>
                <w:rFonts w:ascii="Microsoft YaHei" w:hAnsi="Microsoft YaHei" w:eastAsia="Microsoft YaHei"/>
                <w:b/>
                <w:color w:val="292B30"/>
                <w:sz w:val="17"/>
              </w:rPr>
              <w:t>2025年中国非金融类对非 ODI 初步同比</w:t>
            </w:r>
          </w:p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 w:val="0"/>
                <w:color w:val="69717E"/>
                <w:sz w:val="16"/>
              </w:rPr>
              <w:t>商务部初步口径</w:t>
            </w:r>
          </w:p>
        </w:tc>
        <w:tc>
          <w:tcPr>
            <w:tcW w:type="dxa" w:w="2995"/>
            <w:shd w:fill="F3F5F8"/>
            <w:tcMar>
              <w:top w:w="180" w:type="dxa"/>
              <w:start w:w="150" w:type="dxa"/>
              <w:bottom w:w="180" w:type="dxa"/>
              <w:end w:w="150" w:type="dxa"/>
            </w:tcMar>
          </w:tcPr>
          <w:p>
            <w:pPr>
              <w:spacing w:after="6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7264C"/>
                <w:sz w:val="30"/>
              </w:rPr>
              <w:t>1.7亿美元+</w:t>
            </w:r>
          </w:p>
          <w:p>
            <w:pPr>
              <w:spacing w:after="40"/>
              <w:jc w:val="center"/>
            </w:pPr>
            <w:r>
              <w:rPr>
                <w:rFonts w:ascii="Microsoft YaHei" w:hAnsi="Microsoft YaHei" w:eastAsia="Microsoft YaHei"/>
                <w:b/>
                <w:color w:val="292B30"/>
                <w:sz w:val="17"/>
              </w:rPr>
              <w:t>威海华坦东非商贸物流中心投资</w:t>
            </w:r>
          </w:p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 w:val="0"/>
                <w:color w:val="69717E"/>
                <w:sz w:val="16"/>
              </w:rPr>
              <w:t>坦桑尼亚项目</w:t>
            </w:r>
          </w:p>
        </w:tc>
      </w:tr>
    </w:tbl>
    <w:p>
      <w:pPr>
        <w:spacing w:after="0"/>
      </w:pPr>
    </w:p>
    <w:p>
      <w:pPr>
        <w:spacing w:before="180" w:after="60"/>
      </w:pPr>
      <w:r>
        <w:rPr>
          <w:rFonts w:ascii="Microsoft YaHei" w:hAnsi="Microsoft YaHei" w:eastAsia="Microsoft YaHei"/>
          <w:b w:val="0"/>
          <w:color w:val="69717E"/>
          <w:sz w:val="17"/>
        </w:rPr>
        <w:t>研究对象  /  中国企业境外直接投资及相关产业项目</w:t>
      </w:r>
    </w:p>
    <w:p>
      <w:r>
        <w:rPr>
          <w:rFonts w:ascii="Microsoft YaHei" w:hAnsi="Microsoft YaHei" w:eastAsia="Microsoft YaHei"/>
          <w:b w:val="0"/>
          <w:color w:val="69717E"/>
          <w:sz w:val="17"/>
        </w:rPr>
        <w:t>数据截点：截至 2026年10月22日 可查的公开资料；2025 年年度 ODI 采用三部门统计公报最终口径，较早发布的初步统计单独标注。</w:t>
      </w:r>
    </w:p>
    <w:p>
      <w:pPr>
        <w:pStyle w:val="Heading1"/>
        <w:keepNext/>
        <w:pageBreakBefore/>
      </w:pPr>
      <w:r>
        <w:rPr>
          <w:rFonts w:ascii="Microsoft YaHei" w:hAnsi="Microsoft YaHei" w:eastAsia="Microsoft YaHei"/>
          <w:b/>
          <w:color w:val="17264C"/>
          <w:sz w:val="34"/>
        </w:rPr>
        <w:t>一  核心判断与投资脉络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2024年中国对非洲 ODI 为33.7亿美元，同比下降14.9%；2025年年内初步统计曾显示中国非金融类对非洲投资增长41%，最终年度分国别/地区分项需以最终公报为准。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中国企业在非洲的项目形态由工程承包扩展至物流、资源加工、制造、能源和消费服务，营收与回款周期需要按国家和客户分别评估。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长期项目需要同时安排本地伙伴治理、外汇/融资、运输、电力、劳工、社区协商与维护能力，不宜只以建设期投资预算做决策。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FF2EC"/>
            <w:tcMar>
              <w:top w:w="160" w:type="dxa"/>
              <w:start w:w="200" w:type="dxa"/>
              <w:bottom w:w="160" w:type="dxa"/>
              <w:end w:w="200" w:type="dxa"/>
            </w:tcMar>
          </w:tcPr>
          <w:p>
            <w:pPr>
              <w:spacing w:after="60"/>
            </w:pPr>
            <w:r/>
            <w:r>
              <w:rPr>
                <w:rFonts w:ascii="Microsoft YaHei" w:hAnsi="Microsoft YaHei" w:eastAsia="Microsoft YaHei"/>
                <w:b/>
                <w:color w:val="E9562B"/>
                <w:sz w:val="18"/>
              </w:rPr>
              <w:t>阅读提示</w:t>
            </w:r>
          </w:p>
          <w:p>
            <w:pPr>
              <w:spacing w:after="0" w:line="288" w:lineRule="auto"/>
            </w:pPr>
            <w:r>
              <w:rPr>
                <w:rFonts w:ascii="Microsoft YaHei" w:hAnsi="Microsoft YaHei" w:eastAsia="Microsoft YaHei"/>
                <w:b w:val="0"/>
                <w:color w:val="292B30"/>
                <w:sz w:val="20"/>
              </w:rPr>
              <w:t>本报告把官方 ODI 流量、并购公告、项目投资承诺和企业调查分开使用；公告计划额不等于已投入资本，东道国接收全球 FDI 也不等于中国来源 ODI。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二  规模、结构与数据口径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2024年官方统计流量为33.7亿美元，同比下降14.9%。商务部2025年初步统计通报的非金融类对非洲投资同比增幅为41%，但该增速属于年内非金融 ODI 统计，分类与2025年最终全行业流量不同。中国对非投资报告和公开项目案例显示，物流、工业园区、能源和制造等方向并行；各项目公告金额、已到位资本和实际运营情况应分别核验。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商务部2025年初步非金融统计显示，对非洲ODI同比增长41%，但最终统计公报的全行业与非金融分项有不同覆盖；EY海外并购公告金额是另一数据序列。项目组合呈现基础设施、资源和运营资产并行，需将承包工程、新建项目、股权收购和项目融资分开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2024年区域</w:t>
            </w:r>
          </w:p>
        </w:tc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官方 ODI 流量（亿美元）</w:t>
            </w:r>
          </w:p>
        </w:tc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同比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亚洲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1536.7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+8.5%</w:t>
            </w:r>
          </w:p>
        </w:tc>
      </w:tr>
      <w:tr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拉美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155.6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+15.4%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欧洲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124.9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+25.3%</w:t>
            </w:r>
          </w:p>
        </w:tc>
      </w:tr>
      <w:tr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北美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60.2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-22.6%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非洲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33.7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-14.9%</w:t>
            </w:r>
          </w:p>
        </w:tc>
      </w:tr>
    </w:tbl>
    <w:p>
      <w:pPr>
        <w:spacing w:before="60"/>
      </w:pPr>
      <w:r>
        <w:rPr>
          <w:rFonts w:ascii="Microsoft YaHei" w:hAnsi="Microsoft YaHei" w:eastAsia="Microsoft YaHei"/>
          <w:b w:val="0"/>
          <w:color w:val="69717E"/>
          <w:sz w:val="16"/>
        </w:rPr>
        <w:t>图表口径：2024年度官方地区分项；2025年区域趋势以EY并购公告或商务部初步非金融类同比另列，不替代官方地区流量。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三  市场机会与进入方式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东非具备区域物流、港口、贸易、制造和数字服务机会；项目运营依赖铁路/公路/港口衔接、稳定供电、外汇和本地行政许可。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西非的资源、能源、消费和农业价值链项目较多，需关注安全、政治周期、现金回款、跨境运输和当地采购。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南部非洲工业、矿产和零售基础相对成熟，但电力、劳工、汇率和行业竞争影响长期成本。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本册聚焦撒哈拉以南非洲；北非项目另应按埃及、摩洛哥、阿尔及利亚等国家的中东/地中海市场条件分别评估。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市场准入、注册资本与园区政策比较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下表按本地区代表市场比较外资准入、常见实体资本规则与园区/产业政策。对未设统一公司资本下限的市场，行业许可仍可能规定最低资本、持股比例、实缴期限或本地伙伴要求；激励只适用于经批准且满足持续经营、就业/投资等条件的项目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国家/地区（共5个）</w:t>
            </w:r>
          </w:p>
        </w:tc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持股与资本规则（概要）</w:t>
            </w:r>
          </w:p>
        </w:tc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园区与产业政策（概要）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南非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私人公司无普遍最低股本要求；金融、采矿及广播等行业有许可/本地化规则。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SEZ企业可申请优惠税率及就业税收支持，需位于指定园区并满足活动和审批条件。</w:t>
            </w:r>
          </w:p>
        </w:tc>
      </w:tr>
      <w:tr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肯尼亚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普通私人有限公司通常无统一最低资本；部分行业投资许可与特定资本/本地参与条件并行。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EPZ/SEZ可有企业税和关税优惠，依出口导向、园区牌照及运营要求申请。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尼日利亚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外资企业通常需满足公司注册与资本汇入/投资许可程序；部分行业有本地持股与资本门槛。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自由贸易区优惠以园区经营许可和获批活动为前提，银行、石油等仍受专项监管。</w:t>
            </w:r>
          </w:p>
        </w:tc>
      </w:tr>
      <w:tr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坦桑尼亚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公司资本由组织形式与行业规则决定；矿业、金融、电信等许可和本地参与政策需单独审查。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TIC投资证书和经济特区优惠设投资额、就业或行业条件，避免把证书门槛误作公司注册资本。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埃塞俄比亚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外资一般需投资许可；投资额、行业开放清单和最低资本依独资/合资及活动类型变化。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工业园常配套土地、厂房、海关及税收制度，需核对出口义务和外汇可得性。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四  代表性项目观察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中国外交部2025年披露，威海华坦投资超过1.7亿美元建设坦桑尼亚东非商贸物流中心，预计创造本地就业并降低区域贸易成本。该项目是物流基础设施与商业运营相结合的案例；项目公告承诺并不等于运营期收益已实现。</w:t>
      </w:r>
    </w:p>
    <w:p>
      <w:pPr>
        <w:pStyle w:val="Heading2"/>
        <w:keepNext/>
      </w:pPr>
      <w:r>
        <w:rPr>
          <w:rFonts w:ascii="Microsoft YaHei" w:hAnsi="Microsoft YaHei" w:eastAsia="Microsoft YaHei"/>
          <w:b/>
          <w:color w:val="A86B4F"/>
          <w:sz w:val="24"/>
        </w:rPr>
        <w:t>代表项目观察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以下项目区分股权投资、建设投资、许可合作与项目规划。金额均按企业或政府公开披露口径记录；未披露的明确标记，规划额不代表已投金额。项目状态以来源公布日期为准，重大交易需再核验最新进展。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项目与所在地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投资方与产业环节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公开金额与项目阶段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可核验的投资观察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坦桑尼亚｜威海华坦东非商贸物流中心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威海华坦；仓储、批发贸易与区域物流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外交部披露投资超过US$170m；建设项目，不等同已实现经营收入。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核验园区/土地、口岸衔接、客户货源、实际投运和当地就业。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尼日利亚拉各斯｜Lekki深水港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China Harbour Engineering及Tolaram等；港口运营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联邦政府公开固定资产/建设投资口径合计超过US$1.5bn；2023年投运。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中方持股位于合资平台；避免把全部项目资本金记为中国企业独资ODI。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南非｜BAIC汽车装配基地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北京汽车；整车装配和本地供应链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既有制造设施已运营多年；公开的历史投资额应与当前新增资本分开。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考察本地市场销量、出口、供应商、工会劳动与汇率，而非单纯引用项目宣布金额。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五  重点合规与执行风险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国家风险：政局、许可、征地、特许经营、汇兑和资本流动限制；需配置国家风险和付款风险情景。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基础设施：供电、港口/道路、通信、用水和供应商能力可能影响产能利用率和成本。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合同履行：公共项目招投标、付款保障、保函、税收争议、争议解决和政府更替后的合同连续性。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人员与社区：劳动法、安全、承包商管理、社区影响、环境许可、当地采购及实质性履行证据。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六  投资启示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先按目标客户、供应链、物流、人才、电力/水资源与政策资格设定筛选权重，再在撒哈拉以南非洲代表市场中做同口径比较；园区税惠不能抵消低利用率或物流瓶颈。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将市场进入拆成销售/服务实体、区域总部、制造/资源项目和控股平台，分别核算资本需求、许可周期、现金流与退出成本。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采用分阶段承诺：先验证客户订单、许可、土地/厂房、能源和关键供应商，再进入大额固定资产投资；把激励兑现和本地化承诺设为投后监控指标。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董事会立项时同步批准 ODI 申报路径、股权/债务比例、资本金时间表、境外开户及税务/会计治理，确保批准金额与最终交易、资金流和项目用途相互匹配。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地区专题1  投资路径与项目结构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撒哈拉以南非洲市场差异大，投资可围绕消费市场、矿产资源、农业加工、能源、物流和数字基础设施分别搭建。南非具备较成熟的产业与金融生态；肯尼亚可连接东非服务和物流；尼日利亚消费规模大但监管、外汇和基础设施风险显著；坦桑尼亚和埃塞俄比亚则需细看行业开放、园区政策和当地执行条件。区域平台不能替代每个国家的实体许可与税务登记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项目结构应按资源权利、运营资产和销售渠道分别尽调。矿业或能源项目需核实特许权、社区及土地权利、环境责任和本地内容要求；制造项目关注进口设备、外汇可用性、供电备用方案、物流通道和技术人员培养；贸易/物流项目关注海关程序、仓储牌照、通道效率和区域市场规则。合作伙伴须核查受益所有人、政府关联、实际履约和财务能力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专题决策清单</w:t>
            </w:r>
          </w:p>
        </w:tc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建议形成的投委会材料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实体与控制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说明投资主体、最终受益人、当地董事/授权、业务范围和境内 ODI 备案/核准的一致性。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资本与资金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区分法定注册资本、最低实缴、项目资本开支和营运资金；写明股权/股东贷款比例、币种与拨付节点。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合作与退出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约定合资保留事项、追加出资、技术/采购、僵局、许可变更和退出机制。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地区专题2  园区、基础设施与选址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园区选择不应只看免税年限。比较电力稳定性、备用电源、港口/铁路/干线距离、供水、通关服务、治安、工人通勤、土地使用权和园区管理能力。南非SEZ、肯尼亚EPZ/SEZ、坦桑尼亚经济特区等制度的目标活动和优惠条件各不相同；签约前要确认地块是否正式纳入园区、企业是否须取得运营许可、最低投资/就业/出口要求及本地采购承诺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对基础设施薄弱地区，项目应将自备电力、储能、供水、仓储、安保和维修备件作为前期资本支出，而非运营后补救。园区提供的接电或通关安排需落实到服务等级、责任主体、费用和违约救济。将交通中断、进口许可延误、外汇短缺、选举周期与当地劳工环境纳入项目工期缓冲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专题决策清单</w:t>
            </w:r>
          </w:p>
        </w:tc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建议形成的投委会材料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地块与资格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留存园区边界/地块权属、活动资格、正式批文、申请先后次序及不可逆支出的书面依据。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配套与成本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取得能源、水、物流、通关、环保处理和劳工服务的服务承诺，测算隐性收费和接入周期。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激励与追回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列清投资额/就业/本地化承诺、优惠期限、申报证据、年度报告及不达标追回责任。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地区专题3  融资、外汇与需求模型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基准情景需逐项拆解本地客户购买力、政府/公共部门付款周期、进口依赖、供应商信用和汇率兑换。以美元计价的设备、贷款与本币收入会产生显著错配，应评估本地融资、出口收入对冲、分批采购和最低现金储备。若项目依赖开发融资、出口信贷或政府担保，核实担保主体、条件先决、提款文件、履约保障和政治风险覆盖边界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制造项目需测试电价、柴油/燃料、物流、库存与应收账款变化对单位成本的影响；资源项目需测试全球商品周期、出口税费、特许权、社区投入与复垦成本。补贴和税收假设应采用官方批准文件，未获批前不纳入确定性收益。对现金回流周期长的项目，分阶段扩产并设置订单、回款和许可里程碑，可降低一次性承诺过大造成的资金风险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专题决策清单</w:t>
            </w:r>
          </w:p>
        </w:tc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建议形成的投委会材料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收入与成本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用客户合同/承购、销量、利用率、物流、能源、人工和税费建立基准/下行两套模型。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资金与汇率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测算汇率、利率、资本管制、应收账款、库存及利润汇回对现金流的影响，设最低现金储备。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阶段与回报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分期释放资本，以许可、订单、建设、良率/产能利用率为闸门；量化暂停、扩产和退出阈值。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地区专题4  治理与项目阶段闸门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尽调阶段建立国家风险、伙伴风险、土地/许可风险、外汇风险、供应链风险和社区风险清单。合同需约定合规审计权、资金用途、采购竞争、反贿赂、制裁筛查、数据留存、争议解决和退出机制。若涉及政府采购或国有伙伴，应独立审查招标过程、利益冲突、付款条件和变更审批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进入下一阶段前设定可验证条件：项目许可有效、土地权利清晰、园区服务到位、融资资金可提款、关键设备已锁定、客户/承购合同生效、社区协商完成。投后每月跟踪外汇和应收、运营安全、设备停机、库存、当地员工与优惠履约；每季度进行汇率、成本和项目进度再预测，并保留审计可追溯材料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专题决策清单</w:t>
            </w:r>
          </w:p>
        </w:tc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建议形成的投委会材料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审批里程碑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列出主管机关、材料、前置条件、责任人、最长周期和未获批时的合同处理。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投后指标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跟踪实际出资、预算偏差、就业/本地供应、税惠履约、许可续期、审计意见和合规事件。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风险预案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对政策变化、供应链中断、项目延期、汇率冲击和客户流失指定触发点、责任人及替代方案。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区域投资流向与市场规模拆解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区域判断优先使用直接投资流量、投资存量和项目/并购公告三类指标。官方区域非金融ODI增速与EY公告并购数据库覆盖不同项目且统计时点不同，不能相加。国家/地区比较只使用本册列出的市场；在缺少一致统计时，明确标注“无同口径公开值”，不以贸易额代替投资额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指标/市场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公开数据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统计范围与阶段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对投资决策的含义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非洲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2025年非金融ODI同比+41%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商务部年度非金融投资合作统计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待最终行业/国别细项校验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Lekki港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总投资约15亿美元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CHEC合资项目；2023投运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只计中方平台持股对应资本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坦桑尼亚物流中心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披露投资超过1.7亿美元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建设/落地项目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从计划额跟踪实际到位和投运</w:t>
            </w:r>
          </w:p>
        </w:tc>
      </w:tr>
    </w:tbl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地区投资结论应以企业层面的订单、资产和项目审批复核：先确认目的地国别和实际运营地点，再检查同一交易是否已在直接投资、并购公告或EPC合同中被重复统计。对于本地市场规模，使用GDP、贸易额、港口吞吐等代理变量时，应明确其只反映需求或通道条件，不是中资投资金额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七  建议的 90 天工作顺序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阶段</w:t>
            </w:r>
          </w:p>
        </w:tc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建议动作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第 1 阶段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0—30天：筛选国家和客户，确认回款、物流、电力、安全、汇兑和许可关键假设。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第 2 阶段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30—60天：完成当地伙伴核查、法律税务尽调、资金方案、ODI申报路径及项目治理机制。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第 3 阶段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60—90天：设立开户、合同授权、当地会计服务、工资税务和项目资金监控系统上线。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研究说明与资料来源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统计口径说明：全行业 ODI 与非金融类 ODI 不能直接互换；人民币和美元同比受汇率及统计修订影响；并购公告金额可能含未交割交易；不同机构数据库对交易对象、宣布时间、完成状态和目的地归属采用不同规则。本报告在相关指标处注明口径，重大投资或法规决策应基于项目事实重新核验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附录  中国对外直接投资长期流量序列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为观察长期趋势，本表采用商务部统计公报发布的2006—2024年年度序列，并补入2025年最终公报数据。单位为亿美元。2006年以前的早期数据统计范围与全行业 ODI 不完全一致，故不与本序列拼接。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年份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流量（亿美元）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年份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流量（亿美元）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2006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211.6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2016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1,961.5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2007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265.1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2017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1,582.9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2008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559.1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2018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1,430.4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2009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565.3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2019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1,369.1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2010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688.1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2020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1,537.1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2011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746.5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2021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1,788.2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2012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878.0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2022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1,631.2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2013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1,078.4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2023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1,772.9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2014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1,231.2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2024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1,922.0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2015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1,456.7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2025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2,135.8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FF2EC"/>
            <w:tcMar>
              <w:top w:w="160" w:type="dxa"/>
              <w:start w:w="200" w:type="dxa"/>
              <w:bottom w:w="160" w:type="dxa"/>
              <w:end w:w="200" w:type="dxa"/>
            </w:tcMar>
          </w:tcPr>
          <w:p>
            <w:pPr>
              <w:spacing w:after="60"/>
            </w:pPr>
            <w:r/>
            <w:r>
              <w:rPr>
                <w:rFonts w:ascii="Microsoft YaHei" w:hAnsi="Microsoft YaHei" w:eastAsia="Microsoft YaHei"/>
                <w:b/>
                <w:color w:val="E9562B"/>
                <w:sz w:val="18"/>
              </w:rPr>
              <w:t>趋势解读</w:t>
            </w:r>
          </w:p>
          <w:p>
            <w:pPr>
              <w:spacing w:after="0" w:line="288" w:lineRule="auto"/>
            </w:pPr>
            <w:r>
              <w:rPr>
                <w:rFonts w:ascii="Microsoft YaHei" w:hAnsi="Microsoft YaHei" w:eastAsia="Microsoft YaHei"/>
                <w:b w:val="0"/>
                <w:color w:val="292B30"/>
                <w:sz w:val="20"/>
              </w:rPr>
              <w:t>2025年为最终统计公报发布值，2135.8亿美元；它比2024年最终公布值1922.0亿美元高11.1%。不同年度公报可能修订历史分项，跨年分析应以同一版本序列为基础。</w:t>
            </w:r>
          </w:p>
        </w:tc>
      </w:tr>
    </w:tbl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[1] 商务部等《2024年度中国对外直接投资统计公报》  </w:t>
      </w:r>
      <w:hyperlink r:id="rId12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[2] 商务部：2025年非金融类对外直接投资分地区初步数据  </w:t>
      </w:r>
      <w:hyperlink r:id="rId13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[3] 商务部等《2025年度中国对外直接投资统计公报》  </w:t>
      </w:r>
      <w:hyperlink r:id="rId14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[4] 中非民间商会《中国对非投资报告2025》  </w:t>
      </w:r>
      <w:hyperlink r:id="rId15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[5] 中国外交部：威海华坦投资建设东非商贸物流中心  </w:t>
      </w:r>
      <w:hyperlink r:id="rId16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[6] EY《2025年中国海外投资概览》  </w:t>
      </w:r>
      <w:hyperlink r:id="rId17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[7] 商务部《2025年我国对外非金融类直接投资简明统计》  </w:t>
      </w:r>
      <w:hyperlink r:id="rId18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[8] 商务部《2025年对外非金融类直接投资行业统计表》  </w:t>
      </w:r>
      <w:hyperlink r:id="rId19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[9] EY《2025年中国海外投资概览》及地区并购数据  </w:t>
      </w:r>
      <w:hyperlink r:id="rId17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[10] 尼日利亚联邦政府：Lekki深水港投资与股权结构  </w:t>
      </w:r>
      <w:hyperlink r:id="rId20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[11] 尼日利亚托运人理事会：Lekki港吞吐能力及投资额  </w:t>
      </w:r>
      <w:hyperlink r:id="rId21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[12] 中国外交部：威海华坦东非商贸物流中心项目  </w:t>
      </w:r>
      <w:hyperlink r:id="rId16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[13] 商务部等《2024年度中国对外直接投资统计公报》历史流量图表  </w:t>
      </w:r>
      <w:hyperlink r:id="rId22">
        <w:r>
          <w:rPr>
            <w:color w:val="E9562B"/>
            <w:u w:val="single"/>
          </w:rPr>
          <w:t>查看原文</w:t>
        </w:r>
      </w:hyperlink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投资委员会初筛评分卡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建议项目组在国家/地区初筛后，由业务、财务、法务合规和运营共同评分。权重和阈值是本报告提供的讨论模板，可按企业风险偏好调整；它们不是东道国法定标准，也不能替代尽职调查。每项按1—5分评分，5分代表证据充分且风险可控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评分维度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权重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评分依据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项目评分（1—5）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市场需求与客户覆盖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20%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订单/客户访谈、市场规模、竞品和收入币种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准入与许可可执行性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15%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外资股比、资本/实缴、行业许可和审批周期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园区与激励可获得性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10%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地块资格、活动清单、正式批文与履约条件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供应链与生产要素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15%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供应商、能源、水、物流、人才和基础设施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风险调整后回报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20%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基准/下行情景、资本成本、汇率及回收期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治理、韧性与退出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20%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伙伴治理、资金回流、审计、停产/退出方案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</w:tbl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计算建议：加权得分＝Σ（单项评分×权重）÷5。可将低于60分设为暂缓，60—75分进入补充尽调，高于75分提交正式立项审议；若外资准入、关键许可、土地权属或资金来源存在未解决的否决性问题，不因总分较高而跳过先决条件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5F8"/>
            <w:tcMar>
              <w:top w:w="160" w:type="dxa"/>
              <w:start w:w="200" w:type="dxa"/>
              <w:bottom w:w="160" w:type="dxa"/>
              <w:end w:w="200" w:type="dxa"/>
            </w:tcMar>
          </w:tcPr>
          <w:p>
            <w:pPr>
              <w:spacing w:after="60"/>
            </w:pPr>
            <w:r/>
            <w:r>
              <w:rPr>
                <w:rFonts w:ascii="Microsoft YaHei" w:hAnsi="Microsoft YaHei" w:eastAsia="Microsoft YaHei"/>
                <w:b/>
                <w:color w:val="E9562B"/>
                <w:sz w:val="18"/>
              </w:rPr>
              <w:t>投资决策使用提示</w:t>
            </w:r>
          </w:p>
          <w:p>
            <w:pPr>
              <w:spacing w:after="0" w:line="288" w:lineRule="auto"/>
            </w:pPr>
            <w:r>
              <w:rPr>
                <w:rFonts w:ascii="Microsoft YaHei" w:hAnsi="Microsoft YaHei" w:eastAsia="Microsoft YaHei"/>
                <w:b w:val="0"/>
                <w:color w:val="292B30"/>
                <w:sz w:val="20"/>
              </w:rPr>
              <w:t>本报告用于形成市场初筛和尽调议题清单，不构成法律、税务、审计或投资建议。涉及持股比例、最低资本、实缴期限、园区激励和行业许可的具体项目，应以投资地主管机关最新正式规则及书面批准为准。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123" w:bottom="1037" w:left="1123" w:header="432" w:footer="461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Microsoft YaHei" w:hAnsi="Microsoft YaHei" w:eastAsia="Microsoft YaHei"/>
        <w:b w:val="0"/>
        <w:color w:val="69717E"/>
        <w:sz w:val="16"/>
      </w:rPr>
      <w:t xml:space="preserve">上海乾桥禾融企业咨询有限公司  ·  2026年10月22日  ·  </w:t>
    </w:r>
    <w:r>
      <w:rPr>
        <w:rFonts w:ascii="Microsoft YaHei" w:hAnsi="Microsoft YaHei" w:eastAsia="Microsoft YaHei"/>
        <w:b w:val="0"/>
        <w:color w:val="69717E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Microsoft YaHei" w:hAnsi="Microsoft YaHei" w:eastAsia="Microsoft YaHei"/>
        <w:b/>
        <w:color w:val="17264C"/>
        <w:sz w:val="16"/>
      </w:rPr>
      <w:t>乾桥禾融  |  企业出海研究系列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Microsoft YaHei" w:hAnsi="Microsoft YaHei" w:eastAsia="Microsoft YaHei"/>
      <w:color w:val="292B3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17264C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A86B4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E9562B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www.gov.cn/lianbo/bumen/202509/P020250908508134967854.pdf" TargetMode="External"/><Relationship Id="rId13" Type="http://schemas.openxmlformats.org/officeDocument/2006/relationships/hyperlink" Target="https://www.mofcom.gov.cn/xwfb/sjfzrfb/art/2026/art_ec6a958627b548f28b6864d7b211d631.html" TargetMode="External"/><Relationship Id="rId14" Type="http://schemas.openxmlformats.org/officeDocument/2006/relationships/hyperlink" Target="https://www.mofcom.gov.cn/zfxxgk/gkml/art/2026/art_5135ff712b8f4bdc804374d2d29ff9f0.html" TargetMode="External"/><Relationship Id="rId15" Type="http://schemas.openxmlformats.org/officeDocument/2006/relationships/hyperlink" Target="https://www.cabc.org.cn/report-en-2025.pdf" TargetMode="External"/><Relationship Id="rId16" Type="http://schemas.openxmlformats.org/officeDocument/2006/relationships/hyperlink" Target="https://www.fmprc.gov.cn/mfa_eng/xw/zwbd/202508/t20250806_11683503.html" TargetMode="External"/><Relationship Id="rId17" Type="http://schemas.openxmlformats.org/officeDocument/2006/relationships/hyperlink" Target="https://www.ey.com/zh_cn/newsroom/2026/02/ey-releases-the-overview-of-china-outbound-investment-of-2025" TargetMode="External"/><Relationship Id="rId18" Type="http://schemas.openxmlformats.org/officeDocument/2006/relationships/hyperlink" Target="https://www.mofcom.gov.cn/zfxxgk/fdzdgknr/ztfl/tjsj/gwjjhztj/art/2026/art_708927a77336454da43ef9b9af84e06f.html" TargetMode="External"/><Relationship Id="rId19" Type="http://schemas.openxmlformats.org/officeDocument/2006/relationships/hyperlink" Target="https://fec.mofcom.gov.cn/article/zyfw/hybg/qtbg/202602/3959.html" TargetMode="External"/><Relationship Id="rId20" Type="http://schemas.openxmlformats.org/officeDocument/2006/relationships/hyperlink" Target="https://fmino.gov.ng/minister-calls-lekki-deep-seaport-game-changer/" TargetMode="External"/><Relationship Id="rId21" Type="http://schemas.openxmlformats.org/officeDocument/2006/relationships/hyperlink" Target="https://shipperscouncil.gov.ng/nigerian-shippers-council-joins-maritime-stakeholders-at-lekki-deep-sea-port-discussion/" TargetMode="External"/><Relationship Id="rId22" Type="http://schemas.openxmlformats.org/officeDocument/2006/relationships/hyperlink" Target="https://www.mofcom.gov.cn/cms_files/filemanager/1077459795/attach/20255/b62b8a78eadd4f92898d27286fd5209b.pdf?fileName=2024%E5%B9%B4%E4%B8%AD%E5%9B%BD%E5%AF%B9%E5%A4%96%E7%9B%B4%E6%8E%A5%E6%8A%95%E8%B5%84%E7%BB%9F%E8%AE%A1%E5%85%AC%E6%8A%A5-%E4%B8%AD%E6%96%87%E9%83%A8%E5%88%8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中国企业撒哈拉以南非洲投资白皮书</dc:title>
  <dc:subject>中国企业海外直接投资与经营布局</dc:subject>
  <dc:creator>上海乾桥禾融企业咨询有限公司</dc:creator>
  <cp:keywords>ODI, 出海, 境外投资, 乾桥禾融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