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spacing w:before="40" w:after="480"/>
      </w:pPr>
      <w:r>
        <w:drawing>
          <wp:inline xmlns:a="http://schemas.openxmlformats.org/drawingml/2006/main" xmlns:pic="http://schemas.openxmlformats.org/drawingml/2006/picture">
            <wp:extent cx="475488" cy="4754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ianqiao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" cy="475488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Microsoft YaHei" w:hAnsi="Microsoft YaHei" w:eastAsia="Microsoft YaHei"/>
          <w:b/>
          <w:color w:val="17264C"/>
          <w:sz w:val="18"/>
        </w:rPr>
        <w:t xml:space="preserve">   乾桥禾融研究系列  |  上海乾桥禾融企业咨询有限公司</w:t>
      </w:r>
    </w:p>
    <w:p>
      <w:pPr>
        <w:spacing w:before="80" w:after="160"/>
      </w:pPr>
      <w:r>
        <w:rPr>
          <w:rFonts w:ascii="Microsoft YaHei" w:hAnsi="Microsoft YaHei" w:eastAsia="Microsoft YaHei"/>
          <w:b/>
          <w:color w:val="E9562B"/>
          <w:sz w:val="17"/>
        </w:rPr>
        <w:t>QIANQIAO INSIGHT   /   地区研究   /   2026</w:t>
      </w:r>
    </w:p>
    <w:p>
      <w:pPr>
        <w:keepNext/>
        <w:keepLines/>
        <w:spacing w:before="40" w:after="160" w:line="259" w:lineRule="auto"/>
      </w:pPr>
      <w:r>
        <w:rPr>
          <w:rFonts w:ascii="Microsoft YaHei" w:hAnsi="Microsoft YaHei" w:eastAsia="Microsoft YaHei"/>
          <w:b/>
          <w:color w:val="17264C"/>
          <w:sz w:val="64"/>
        </w:rPr>
        <w:t>中国企业欧洲投资白皮书</w:t>
      </w:r>
    </w:p>
    <w:p>
      <w:pPr>
        <w:keepNext/>
        <w:spacing w:after="220"/>
        <w:pBdr>
          <w:bottom w:val="single" w:sz="20" w:space="8" w:color="E9562B"/>
        </w:pBdr>
      </w:pPr>
      <w:r>
        <w:rPr>
          <w:rFonts w:ascii="Microsoft YaHei" w:hAnsi="Microsoft YaHei" w:eastAsia="Microsoft YaHei"/>
          <w:b w:val="0"/>
          <w:color w:val="A86B4F"/>
          <w:sz w:val="28"/>
        </w:rPr>
        <w:t>在监管审查、产业本地化与多国运营之间建立可持续布局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5F8"/>
            <w:tcMar>
              <w:top w:w="190" w:type="dxa"/>
              <w:start w:w="220" w:type="dxa"/>
              <w:bottom w:w="190" w:type="dxa"/>
              <w:end w:w="220" w:type="dxa"/>
            </w:tcMar>
          </w:tcPr>
          <w:p>
            <w:pPr>
              <w:spacing w:after="10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研究要点</w:t>
            </w:r>
          </w:p>
          <w:p>
            <w:pPr>
              <w:spacing w:after="0" w:line="295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1"/>
              </w:rPr>
              <w:t>欧洲投资机会正在从单纯销售进入本地生产、研发和供应链协作阶段。市场规模和产业能力突出，但欧洲不是一个统一的投资审批辖区：欧盟协调机制之外，成员国投资审查、补贴、竞争、数据、劳工和税务规则仍需逐国验证。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2995"/>
            <w:shd w:fill="F3F5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6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7264C"/>
                <w:sz w:val="30"/>
              </w:rPr>
              <w:t>124.9亿美元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b/>
                <w:color w:val="292B30"/>
                <w:sz w:val="17"/>
              </w:rPr>
              <w:t>2024年中国对欧洲投资</w:t>
            </w:r>
          </w:p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 w:val="0"/>
                <w:color w:val="69717E"/>
                <w:sz w:val="16"/>
              </w:rPr>
              <w:t>同比 +25.3%</w:t>
            </w:r>
          </w:p>
        </w:tc>
        <w:tc>
          <w:tcPr>
            <w:tcW w:type="dxa" w:w="2995"/>
            <w:shd w:fill="F3F5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6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7264C"/>
                <w:sz w:val="30"/>
              </w:rPr>
              <w:t>138亿美元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b/>
                <w:color w:val="292B30"/>
                <w:sz w:val="17"/>
              </w:rPr>
              <w:t>2025年中国企业对欧并购公告额</w:t>
            </w:r>
          </w:p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 w:val="0"/>
                <w:color w:val="69717E"/>
                <w:sz w:val="16"/>
              </w:rPr>
              <w:t>EY统计口径</w:t>
            </w:r>
          </w:p>
        </w:tc>
        <w:tc>
          <w:tcPr>
            <w:tcW w:type="dxa" w:w="2995"/>
            <w:shd w:fill="F3F5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6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7264C"/>
                <w:sz w:val="30"/>
              </w:rPr>
              <w:t>24 / 27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b/>
                <w:color w:val="292B30"/>
                <w:sz w:val="17"/>
              </w:rPr>
              <w:t>2024年底已有投资审查法的欧盟成员国</w:t>
            </w:r>
          </w:p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 w:val="0"/>
                <w:color w:val="69717E"/>
                <w:sz w:val="16"/>
              </w:rPr>
              <w:t>欧委会年度报告</w:t>
            </w:r>
          </w:p>
        </w:tc>
      </w:tr>
    </w:tbl>
    <w:p>
      <w:pPr>
        <w:spacing w:after="0"/>
      </w:pPr>
    </w:p>
    <w:p>
      <w:pPr>
        <w:spacing w:before="180" w:after="60"/>
      </w:pPr>
      <w:r>
        <w:rPr>
          <w:rFonts w:ascii="Microsoft YaHei" w:hAnsi="Microsoft YaHei" w:eastAsia="Microsoft YaHei"/>
          <w:b w:val="0"/>
          <w:color w:val="69717E"/>
          <w:sz w:val="17"/>
        </w:rPr>
        <w:t>研究对象  /  中国企业境外直接投资及相关产业项目</w:t>
      </w:r>
    </w:p>
    <w:p>
      <w:r>
        <w:rPr>
          <w:rFonts w:ascii="Microsoft YaHei" w:hAnsi="Microsoft YaHei" w:eastAsia="Microsoft YaHei"/>
          <w:b w:val="0"/>
          <w:color w:val="69717E"/>
          <w:sz w:val="17"/>
        </w:rPr>
        <w:t>数据截点：截至 2026年10月22日 可查的公开资料；2025 年年度 ODI 采用三部门统计公报最终口径，较早发布的初步统计单独标注。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17264C"/>
          <w:sz w:val="34"/>
        </w:rPr>
        <w:t>一  核心判断与投资脉络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2024年中国对欧洲直接投资124.9亿美元，同比增长25.3%；2025年中国海外并购公告金额中欧洲约138亿美元，为EY追踪的交易数据，不等同于官方 ODI 流量。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欧委会报告称截至2024年底，27个成员国中24个已建立外国投资审查法律；欧盟修订版法规于2026年通过、2026年7月生效，具体适用从2028年1月17日开始。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新能源汽车和电池项目的竞争重点已转向本地生产、供应链、研发、就业与合规证明，而非仅设置销售子公司。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2EC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6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阅读提示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0"/>
              </w:rPr>
              <w:t>本报告把官方 ODI 流量、并购公告、项目投资承诺和企业调查分开使用；公告计划额不等于已投入资本，东道国接收全球 FDI 也不等于中国来源 ODI。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二  规模、结构与数据口径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2024年官方地区流量为124.9亿美元。EY根据已公告并购交易追踪，2025年欧洲约占中国海外并购金额三成，公布金额约138亿美元；Rhodium Group对中资对欧投资的项目级追踪另报出2025年欧盟和英国168亿欧元、同比增长67%。两者币种、纳入项目、交易阶段和分类方法不同，应作为不同观测口径，而不能合并成单一“真实流量”。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2025年中国对欧洲非金融类直接投资同比增长20.9%；EY公告并购数据库显示欧洲交易金额138亿美元。欧盟区域增长、成员国ODI流量和并购公告是不同口径，投资审查、补贴和产业项目需要按国别与交割状态核查。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2024年区域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官方 ODI 流量（亿美元）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同比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亚洲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1536.7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+8.5%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拉美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155.6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+15.4%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欧洲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124.9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+25.3%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北美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60.2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-22.6%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非洲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33.7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-14.9%</w:t>
            </w:r>
          </w:p>
        </w:tc>
      </w:tr>
    </w:tbl>
    <w:p>
      <w:pPr>
        <w:spacing w:before="60"/>
      </w:pPr>
      <w:r>
        <w:rPr>
          <w:rFonts w:ascii="Microsoft YaHei" w:hAnsi="Microsoft YaHei" w:eastAsia="Microsoft YaHei"/>
          <w:b w:val="0"/>
          <w:color w:val="69717E"/>
          <w:sz w:val="16"/>
        </w:rPr>
        <w:t>图表口径：2024年度官方地区分项；2025年区域趋势以EY并购公告或商务部初步非金融类同比另列，不替代官方地区流量。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三  市场机会与进入方式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中东欧适合围绕汽车、电池、电子、工业设备建立生产和供应商网络；土地、劳工、能源、补贴资格、国家审查与审批时限需要逐地建模。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德国、意大利、法国和英国提供成熟的工业、研发、品牌和消费市场，但高成本、工会协商、产品责任、并购审查与数据合规要求更高。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爱尔兰、卢森堡、荷兰等具备区域总部、融资或控股平台功能，选择时需实质经营、税收协定、受益所有人披露与反避税规则一并考虑。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欧洲内部货物流通便利不意味着自动满足原产地、补贴或公共采购本地化要求。供应链和实质性加工要有证据链。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市场准入、注册资本与园区政策比较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下表按本地区代表市场比较外资准入、常见实体资本规则与园区/产业政策。对未设统一公司资本下限的市场，行业许可仍可能规定最低资本、持股比例、实缴期限或本地伙伴要求；激励只适用于经批准且满足持续经营、就业/投资等条件的项目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国家/地区（共5个）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持股与资本规则（概要）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园区与产业政策（概要）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德国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GmbH最低注册资本 EUR 25,000，登记前现金出资至少 EUR 12,500；敏感行业另有审查。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州级投资促进和园区支持需按地点、就业与投资项目申报。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法国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SAS法定最低资本可为 EUR 1；现金出资设立时至少缴付50%，余额通常5年内缴清。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地区援助与园区支持受欧盟国家援助规则、项目活动及区域上限约束。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波兰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Sp. z o.o.最低股本 PLN 5,000；行业许可另计。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波兰投资区可对合格新投资提供最长12/14/15年的所得税豁免，依区域与援助强度。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荷兰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BV无高额法定最低股本要求，通常可用低额股本设立；金融等受监管业务例外。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创新、研发、能源转型等有专项计划，需逐项满足实质活动和申报要求。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匈牙利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Kft最低注册资本 HUF 3,000,000；战略领域可能适用国家安全审查。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投资促进机构提供现金补助/税收优惠，取决于地区、行业、就业和最低投资额。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四  代表性项目观察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BYD宣布在匈牙利布达佩斯建设欧洲总部和研发中心，并公开提出与当地初创企业和本地供应商合作；其塞格德乘用车工厂另与奥地利voestalpine建立钢材供应合作。这组动向说明“工厂 + 研发 + 本地采购 + 区域总部”正成为市场进入设计，而各项目的公告状态和实际投产节点需分别核实。</w:t>
      </w:r>
    </w:p>
    <w:p>
      <w:pPr>
        <w:pStyle w:val="Heading2"/>
        <w:keepNext/>
      </w:pPr>
      <w:r>
        <w:rPr>
          <w:rFonts w:ascii="Microsoft YaHei" w:hAnsi="Microsoft YaHei" w:eastAsia="Microsoft YaHei"/>
          <w:b/>
          <w:color w:val="A86B4F"/>
          <w:sz w:val="24"/>
        </w:rPr>
        <w:t>代表项目观察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以下项目区分股权投资、建设投资、许可合作与项目规划。金额均按企业或政府公开披露口径记录；未披露的明确标记，规划额不代表已投金额。项目状态以来源公布日期为准，重大交易需再核验最新进展。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项目与所在地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投资方与产业环节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公开金额与项目阶段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可核验的投资观察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匈牙利德布勒森｜CATL电池工厂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宁德时代；动力电池制造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公司最初公布总规划投资€7.34bn、100GWh；2025年公告一期/二期设计产能72GWh、投资约€4.9bn。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以公司阶段性披露为准，明确总规划与已投阶段差异；跟踪审批、能源、水、施工和客户定点。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匈牙利塞格德｜BYD乘用车工厂与欧洲总部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比亚迪；整车、研发、区域管理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公司宣布建设并持续推进；建设投资额未在核心公告统一披露。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追踪量产时间、本地采购及供应商合同；不得把总部、研发和工厂投资额重复计算。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匈牙利｜BYD—voestalpine钢材供应合作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比亚迪与voestalpine；汽车材料供应链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长期本地供货合作公告；交易金额未披露。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这是供应链合作案例，不是股权投资；用于分析本地化采购、质量认证和供货韧性。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五  重点合规与执行风险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欧盟及成员国投资审查：2025年欧委会年度报告指出审查机制覆盖范围已较广；2026年修订法规未来将提高机制最低标准，具体项目仍要按目标国现行制度判定。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竞争与并购：欧盟并购控制、外国补贴条例、国家援助和行业特定审批可能并行，签署交易文件前应设计交割条件、信息披露和监管时间表。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运营：产品合规、环境与电池法规、碳边境机制、供应链尽职调查、雇员代表和数据保护要求会影响工厂成本及治理。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税务与架构：跨境融资、常设机构、转让定价、股息预提税和受益所有人披露需要由当地专业团队验证；避免只按名义税率选择注册地。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六  投资启示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先按目标客户、供应链、物流、人才、电力/水资源与政策资格设定筛选权重，再在欧洲代表市场中做同口径比较；园区税惠不能抵消低利用率或物流瓶颈。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将市场进入拆成销售/服务实体、区域总部、制造/资源项目和控股平台，分别核算资本需求、许可周期、现金流与退出成本。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采用分阶段承诺：先验证客户订单、许可、土地/厂房、能源和关键供应商，再进入大额固定资产投资；把激励兑现和本地化承诺设为投后监控指标。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董事会立项时同步批准 ODI 申报路径、股权/债务比例、资本金时间表、境外开户及税务/会计治理，确保批准金额与最终交易、资金流和项目用途相互匹配。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地区专题1  投资路径与项目结构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欧洲市场准入除公司法外，还受欧盟单一市场规则、成员国许可、国家安全审查、补贴和环境规则共同影响。投资者要区分销售实体、制造/研发实体、知识产权持有实体和区域总部，评估是否需要当地董事、实质经营、雇佣和研发活动。德国、法国、波兰等国家公司形式与资本缴付要求不同，应将注册资本、建设资本开支与申请补助所需的合格投资额分别列示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敏感技术、关键基础设施、数据、能源和先进制造可能触发成员国投资审查；审查不只看直接买方，也可能关注最终控制人、融资来源及间接控制链。并购交易文件应将审批和交割条件、信息隔离、过渡期经营限制、补救措施和审批失败的终止权写清。绿地投资则应在购地、设备订购和不可撤销工程合同之前核验许可与补助条件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实体与控制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说明投资主体、最终受益人、当地董事/授权、业务范围和境内 ODI 备案/核准的一致性。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资本与资金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区分法定注册资本、最低实缴、项目资本开支和营运资金；写明股权/股东贷款比例、币种与拨付节点。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合作与退出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约定合资保留事项、追加出资、技术/采购、僵局、许可变更和退出机制。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地区专题2  国家与园区选址方法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欧洲选址宜按客户覆盖、交通/港口、技能人才、能源价格与可再生能源可得性、供应商集群、区域补贴、合规成本七项打分。电池、汽车和电子项目需特别关注并网周期、水资源、危废处理和社区沟通；软件与研发项目关注科研人才、数据中心容量、知识产权保护及研发支持。工资或税率低并不必然带来低总成本，须加上物流、能源和报告义务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波兰投资区的税收豁免依合格投资成本、地区援助强度与获批活动而定，部分商业活动可能排除；德国和法国地区援助亦受欧盟国家援助规则约束。园区或投资促进机构的意向函不等于正式批准。项目模型应把基础情景设为无补贴或已批准补贴，并另列待申请优惠，校验申请先后顺序、就业/投资承诺、年度申报与追回条款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地块与资格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留存园区边界/地块权属、活动资格、正式批文、申请先后次序及不可逆支出的书面依据。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配套与成本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取得能源、水、物流、通关、环保处理和劳工服务的服务承诺，测算隐性收费和接入周期。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激励与追回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列清投资额/就业/本地化承诺、优惠期限、申报证据、年度报告及不达标追回责任。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地区专题3  资金与运营模型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对汽车、电池、半导体和先进制造项目，财务模型需分列土地及建设、设备、调试、人才培训、研发、能源、环保合规、库存和保修成本。压力测试至少覆盖能源价格波动、工程延期、需求下降、汇率变化、关税/原产地变化、政策补助延迟，以及电池或整车销量爬坡慢于计划。以现金流、资本回报和单位制造成本共同评估，而非仅以最高补贴税率作结论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对区域服务或研发实体，应核算实际职能、人员和决策成本，设计服务协议、成本分摊、知识产权许可、转让定价和跨境付款证据。大型项目的股东贷款、担保、资金池与关联采购需要同步评估当地税务、利息扣除、受益所有人和审计要求。项目公司预算还应包含持续合规、人权/供应链尽调、碳披露和产品责任所需的系统投入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收入与成本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用客户合同/承购、销量、利用率、物流、能源、人工和税费建立基准/下行两套模型。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资金与汇率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测算汇率、利率、资本管制、应收账款、库存及利润汇回对现金流的影响，设最低现金储备。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阶段与回报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分期释放资本，以许可、订单、建设、良率/产能利用率为闸门；量化暂停、扩产和退出阈值。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地区专题4  审批闸门与投后监控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立项阶段先完成股权链和最终控制人穿透、欧盟及成员国投资审查判断、竞争法/补贴审查、行业许可和数据影响判断。选址阶段取得土地用途、建设许可、并网与水资源可行性、环境基线、社区沟通计划及补贴资格确认。交割或开工前建立审批条件清单，避免先行投入导致无法满足审查要求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投后跟踪补助承诺、建设和就业里程碑、供应商来源、能耗/排放、产品认证、当地财务报表和集团审计接口。对并购项目，设置整改清单和关键人才留任计划；对绿地项目，按季度比较预算、工期、订单覆盖率和单位成本。若国家审查或欧盟政策变化，应重新评估资产控制、技术访问、数据托管和供应链安排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审批里程碑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列出主管机关、材料、前置条件、责任人、最长周期和未获批时的合同处理。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投后指标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跟踪实际出资、预算偏差、就业/本地供应、税惠履约、许可续期、审计意见和合规事件。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风险预案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对政策变化、供应链中断、项目延期、汇率冲击和客户流失指定触发点、责任人及替代方案。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区域投资流向与市场规模拆解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区域判断优先使用直接投资流量、投资存量和项目/并购公告三类指标。官方区域非金融ODI增速与EY公告并购数据库覆盖不同项目且统计时点不同，不能相加。国家/地区比较只使用本册列出的市场；在缺少一致统计时，明确标注“无同口径公开值”，不以贸易额代替投资额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指标/市场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公开数据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统计范围与阶段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对投资决策的含义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欧洲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2025年非金融ODI同比+20.9%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官方合作运行口径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对照国别审查和产业项目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欧洲并购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2025年公告额138亿美元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EY公告并购金额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大型交易影响总额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欧盟审查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2024年底24/27成员国已有审查法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欧委会制度统计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逐成员国核实申报范围</w:t>
            </w:r>
          </w:p>
        </w:tc>
      </w:tr>
    </w:tbl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地区投资结论应以企业层面的订单、资产和项目审批复核：先确认目的地国别和实际运营地点，再检查同一交易是否已在直接投资、并购公告或EPC合同中被重复统计。对于本地市场规模，使用GDP、贸易额、港口吞吐等代理变量时，应明确其只反映需求或通道条件，不是中资投资金额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国家筛选后的投前决策闸门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将市场比较转为投委会可执行的决策条件。下表列出各市场最应先取得的证据；任何关键股权许可、土地/资源权、客户订单或资金回流条件未确认时，应暂缓不可逆资本开支。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国家/地区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适配投资方向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进入下一阶段前需要的项目证据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德国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高端制造/研发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验证股比与投资审查、客户认证、工会协商、电力、州级补贴条件和关联交易安排。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法国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研发/消费/制造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完成外资申报判断、雇佣成本、产品合规及区域补助资格核查。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波兰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汽车/电池/电子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正式确认波兰投资区决定、合格成本与补贴上限，并核算审批与投产时间。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荷兰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区域总部/物流/研发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证明人员、管理、功能与利润匹配；核实税收实质、物流和港口连接。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匈牙利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汽车/电池制造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落实建设许可、国家审查、环境水电容量、本地采购与补贴履约基准。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七  建议的 90 天工作顺序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建议动作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第 1 阶段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0—30天：锁定国家、项目类型与控制权；筛查行业审查、并购控制、补贴和数据触发点。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第 2 阶段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30—60天：建立当地法律、税务、财务三线尽调；完成 ODI 路径判断、资金来源、持股架构和交易时间表。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第 3 阶段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60—90天：设立/交割后的账户治理、簿记、审计与税务工作流上线；验证补贴承诺、就业和本地采购义务。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研究说明与资料来源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统计口径说明：全行业 ODI 与非金融类 ODI 不能直接互换；人民币和美元同比受汇率及统计修订影响；并购公告金额可能含未交割交易；不同机构数据库对交易对象、宣布时间、完成状态和目的地归属采用不同规则。本报告在相关指标处注明口径，重大投资或法规决策应基于项目事实重新核验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附录  中国对外直接投资长期流量序列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为观察长期趋势，本表采用商务部统计公报发布的2006—2024年年度序列，并补入2025年最终公报数据。单位为亿美元。2006年以前的早期数据统计范围与全行业 ODI 不完全一致，故不与本序列拼接。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年份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流量（亿美元）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年份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流量（亿美元）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2006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211.6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2016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1,961.5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2007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265.1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2017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1,582.9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2008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559.1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2018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1,430.4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2009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565.3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2019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1,369.1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2010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688.1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2020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1,537.1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2011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746.5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2021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1,788.2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2012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878.0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2022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1,631.2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2013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1,078.4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2023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1,772.9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2014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1,231.2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2024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1,922.0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2015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1,456.7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2025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2,135.8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2EC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6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趋势解读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0"/>
              </w:rPr>
              <w:t>2025年为最终统计公报发布值，2135.8亿美元；它比2024年最终公布值1922.0亿美元高11.1%。不同年度公报可能修订历史分项，跨年分析应以同一版本序列为基础。</w:t>
            </w:r>
          </w:p>
        </w:tc>
      </w:tr>
    </w:tbl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[1] 商务部等《2025年度中国对外直接投资统计公报》  </w:t>
      </w:r>
      <w:hyperlink r:id="rId12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[2] 商务部等《2024年度中国对外直接投资统计公报》  </w:t>
      </w:r>
      <w:hyperlink r:id="rId13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[3] EY《2025年中国海外投资概览》  </w:t>
      </w:r>
      <w:hyperlink r:id="rId14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[4] EY《Overview of 2025 China outbound investment》报告全文  </w:t>
      </w:r>
      <w:hyperlink r:id="rId15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[5] European Commission《Fifth Annual Report on the Screening of FDI into the EU》  </w:t>
      </w:r>
      <w:hyperlink r:id="rId16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[6] European Commission：EU investment screening framework revision  </w:t>
      </w:r>
      <w:hyperlink r:id="rId17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[7] BYD：匈牙利欧洲总部及研发中心计划  </w:t>
      </w:r>
      <w:hyperlink r:id="rId18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[8] BYD：匈牙利工厂本地供应链合作  </w:t>
      </w:r>
      <w:hyperlink r:id="rId19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[9] Rhodium Group《China’s Global Investment Grew in 2025, But Exports Outpaced Offshoring》  </w:t>
      </w:r>
      <w:hyperlink r:id="rId20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[10] 商务部《2025年我国对外非金融类直接投资简明统计》  </w:t>
      </w:r>
      <w:hyperlink r:id="rId21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[11] 商务部《2025年对外非金融类直接投资行业统计表》  </w:t>
      </w:r>
      <w:hyperlink r:id="rId22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[12] EY《2025年中国海外投资概览》及地区并购数据  </w:t>
      </w:r>
      <w:hyperlink r:id="rId14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[13] CATL：匈牙利德布勒森电池工厂项目及投资计划  </w:t>
      </w:r>
      <w:hyperlink r:id="rId23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[14] BYD：匈牙利欧洲总部、研发及乘用车制造布局  </w:t>
      </w:r>
      <w:hyperlink r:id="rId18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[15] BYD：匈牙利工厂与voestalpine供应链合作  </w:t>
      </w:r>
      <w:hyperlink r:id="rId19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[16] 德国联邦经济事务与能源部：GmbH设立资本说明  </w:t>
      </w:r>
      <w:hyperlink r:id="rId24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[17] 法国公共服务：SAS公司资本及缴付规则  </w:t>
      </w:r>
      <w:hyperlink r:id="rId25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[18] 波兰投资贸易局：波兰投资区优惠  </w:t>
      </w:r>
      <w:hyperlink r:id="rId26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[19] 欧盟委员会：外国直接投资审查框架  </w:t>
      </w:r>
      <w:hyperlink r:id="rId17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[20] 商务部等《2024年度中国对外直接投资统计公报》历史流量图表  </w:t>
      </w:r>
      <w:hyperlink r:id="rId27">
        <w:r>
          <w:rPr>
            <w:color w:val="E9562B"/>
            <w:u w:val="single"/>
          </w:rPr>
          <w:t>查看原文</w:t>
        </w:r>
      </w:hyperlink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投资委员会初筛评分卡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建议项目组在国家/地区初筛后，由业务、财务、法务合规和运营共同评分。权重和阈值是本报告提供的讨论模板，可按企业风险偏好调整；它们不是东道国法定标准，也不能替代尽职调查。每项按1—5分评分，5分代表证据充分且风险可控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评分维度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权重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评分依据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项目评分（1—5）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市场需求与客户覆盖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订单/客户访谈、市场规模、竞品和收入币种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准入与许可可执行性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外资股比、资本/实缴、行业许可和审批周期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园区与激励可获得性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10%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地块资格、活动清单、正式批文与履约条件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供应链与生产要素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供应商、能源、水、物流、人才和基础设施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风险调整后回报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基准/下行情景、资本成本、汇率及回收期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治理、韧性与退出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伙伴治理、资金回流、审计、停产/退出方案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</w:tbl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计算建议：加权得分＝Σ（单项评分×权重）÷5。可将低于60分设为暂缓，60—75分进入补充尽调，高于75分提交正式立项审议；若外资准入、关键许可、土地权属或资金来源存在未解决的否决性问题，不因总分较高而跳过先决条件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5F8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6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投资决策使用提示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0"/>
              </w:rPr>
              <w:t>本报告用于形成市场初筛和尽调议题清单，不构成法律、税务、审计或投资建议。涉及持股比例、最低资本、实缴期限、园区激励和行业许可的具体项目，应以投资地主管机关最新正式规则及书面批准为准。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1037" w:left="1123" w:header="432" w:footer="46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Microsoft YaHei" w:hAnsi="Microsoft YaHei" w:eastAsia="Microsoft YaHei"/>
        <w:b w:val="0"/>
        <w:color w:val="69717E"/>
        <w:sz w:val="16"/>
      </w:rPr>
      <w:t xml:space="preserve">上海乾桥禾融企业咨询有限公司  ·  2026年10月22日  ·  </w:t>
    </w:r>
    <w:r>
      <w:rPr>
        <w:rFonts w:ascii="Microsoft YaHei" w:hAnsi="Microsoft YaHei" w:eastAsia="Microsoft YaHei"/>
        <w:b w:val="0"/>
        <w:color w:val="69717E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Microsoft YaHei" w:hAnsi="Microsoft YaHei" w:eastAsia="Microsoft YaHei"/>
        <w:b/>
        <w:color w:val="17264C"/>
        <w:sz w:val="16"/>
      </w:rPr>
      <w:t>乾桥禾融  |  企业出海研究系列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Microsoft YaHei" w:hAnsi="Microsoft YaHei" w:eastAsia="Microsoft YaHei"/>
      <w:color w:val="292B3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7264C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A86B4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E9562B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www.mofcom.gov.cn/zfxxgk/gkml/art/2026/art_5135ff712b8f4bdc804374d2d29ff9f0.html" TargetMode="External"/><Relationship Id="rId13" Type="http://schemas.openxmlformats.org/officeDocument/2006/relationships/hyperlink" Target="https://www.gov.cn/lianbo/bumen/202509/P020250908508134967854.pdf" TargetMode="External"/><Relationship Id="rId14" Type="http://schemas.openxmlformats.org/officeDocument/2006/relationships/hyperlink" Target="https://www.ey.com/zh_cn/newsroom/2026/02/ey-releases-the-overview-of-china-outbound-investment-of-2025" TargetMode="External"/><Relationship Id="rId15" Type="http://schemas.openxmlformats.org/officeDocument/2006/relationships/hyperlink" Target="https://www.ey.com/content/dam/ey-unified-site/ey-com/zh-cn/insights/china-overseas-investment-network/documents/ey-overview-of-2025-china-outbound-investment-zh.pdf" TargetMode="External"/><Relationship Id="rId16" Type="http://schemas.openxmlformats.org/officeDocument/2006/relationships/hyperlink" Target="https://eur-lex.europa.eu/legal-content/EN/TXT/?uri=celex:52025DC0632" TargetMode="External"/><Relationship Id="rId17" Type="http://schemas.openxmlformats.org/officeDocument/2006/relationships/hyperlink" Target="https://policy.trade.ec.europa.eu/enforcement-and-protection/investment-screening_en" TargetMode="External"/><Relationship Id="rId18" Type="http://schemas.openxmlformats.org/officeDocument/2006/relationships/hyperlink" Target="https://media.byd.com/byd-commits-to-new-hq-and-rampd-base-in-hungary-384072/?lang=eng" TargetMode="External"/><Relationship Id="rId19" Type="http://schemas.openxmlformats.org/officeDocument/2006/relationships/hyperlink" Target="https://media.byd.com/byd-announces-voestalpine-as-major-supplier-to-its-first-european-car-factory/?lang=eng" TargetMode="External"/><Relationship Id="rId20" Type="http://schemas.openxmlformats.org/officeDocument/2006/relationships/hyperlink" Target="https://rhg.com/research/chinas-global-investment-grew-in-2025-but-exports-outpaced-offshoring/" TargetMode="External"/><Relationship Id="rId21" Type="http://schemas.openxmlformats.org/officeDocument/2006/relationships/hyperlink" Target="https://www.mofcom.gov.cn/zfxxgk/fdzdgknr/ztfl/tjsj/gwjjhztj/art/2026/art_708927a77336454da43ef9b9af84e06f.html" TargetMode="External"/><Relationship Id="rId22" Type="http://schemas.openxmlformats.org/officeDocument/2006/relationships/hyperlink" Target="https://fec.mofcom.gov.cn/article/zyfw/hybg/qtbg/202602/3959.html" TargetMode="External"/><Relationship Id="rId23" Type="http://schemas.openxmlformats.org/officeDocument/2006/relationships/hyperlink" Target="https://www.catl.com/en/news/983.html?s=31" TargetMode="External"/><Relationship Id="rId24" Type="http://schemas.openxmlformats.org/officeDocument/2006/relationships/hyperlink" Target="https://www.gtai.de/en/invest/investment-guide/establishing-a-company" TargetMode="External"/><Relationship Id="rId25" Type="http://schemas.openxmlformats.org/officeDocument/2006/relationships/hyperlink" Target="https://entreprendre.service-public.fr/vosdroits/F37366" TargetMode="External"/><Relationship Id="rId26" Type="http://schemas.openxmlformats.org/officeDocument/2006/relationships/hyperlink" Target="https://www.paih.gov.pl/en/why_poland/investment_incentives/polish_investment_zone/" TargetMode="External"/><Relationship Id="rId27" Type="http://schemas.openxmlformats.org/officeDocument/2006/relationships/hyperlink" Target="https://www.mofcom.gov.cn/cms_files/filemanager/1077459795/attach/20255/b62b8a78eadd4f92898d27286fd5209b.pdf?fileName=2024%E5%B9%B4%E4%B8%AD%E5%9B%BD%E5%AF%B9%E5%A4%96%E7%9B%B4%E6%8E%A5%E6%8A%95%E8%B5%84%E7%BB%9F%E8%AE%A1%E5%85%AC%E6%8A%A5-%E4%B8%AD%E6%96%87%E9%83%A8%E5%88%8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中国企业欧洲投资白皮书</dc:title>
  <dc:subject>中国企业海外直接投资与经营布局</dc:subject>
  <dc:creator>上海乾桥禾融企业咨询有限公司</dc:creator>
  <cp:keywords>ODI, 出海, 境外投资, 乾桥禾融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